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חסרים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סיפור קצר על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במשחק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 שנכנס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כשעושים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הקבוצות סיימו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אחרי עבירה בתוך 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הסיפור על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גול נגד הקבוצה פוגע בתוצאה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בעיטה מיוחדת קרוב לשער, אחרי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תיקו הוא כשהתוצאה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להראות ספורטיביות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 שווה בין הקבוצות)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(אזהרה לשחקן)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(בעיטה מיוחדת אחרי עבירה)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(עזר למישהו להרגיש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שיחקה בשער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 גול והיא הייתה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עודד אותה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תפסה בעיטת עונשין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או התלמידה כותבים סיפור קצר הכולל לפחות שלוש מילים מתוך הרשימה (גול, תיקו, עודד, שער, בעיטת עונשין, כרטיס צהוב, לחצו ידיים) בהקשר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 הוא כדור שנכנס לשער, תיקו הוא תוצאה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צהוב ניתן על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עוזר לשחקנים להרגיש טוב ולהמשיך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רשימת המילים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– השלמת חסר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שקשורות למשחק כדורגל, כמו בסיפור על תמר ששיחקה בשער של הקבוצה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שנכנס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בעיטת 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מקבלים כרטיס 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כשמבקיעים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כשעושים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כשמנצחים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תיקו?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אחת ניצחה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הקבוצות סיימו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שופט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שומר על השער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בועטים בעיטת 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עבירה בתוך 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המחצית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כשיורד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הסיפור על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 שיחקה תמר __________ של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המשחק נכנס __________ והיא הייתה עצובה.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בהפסקה יונתן __________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המשחק היא תפסה __________ עונשין.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נגמר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 השחקנים __________ ידיים.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מקבלת גול נגדה, התוצאה שלה נפגעת.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בעיטת עונשין היא בעיטה רגילה באמצע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 הוא כשקבוצה אחת מנצחת בהפרש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לחיצת ידיים בסוף המשחק היא מחווה של כבוד.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בעיטה מיוחדת אחרי עבירה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אזהרה לשחקן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 שווה בין הקבוצות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בעיטת עונשין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עזר למישהו להרגיש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 שנכנס לשער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 גול והיא הייתה עצובה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עודד אותה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תפסה בעיטת עונשין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שיחקה בשער של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בשלוש שורות משחק כדורגל שבו הייתם משתתפים, והשתמשו בלפחות שלוש מילים מרשימת המילים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גול לתיקו?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שחקן מקבל כרטיס צהוב?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לעודד חברים לקבוצה גם כשהם עצובים?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– השלמת חסר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