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– השלמת חסר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חסרים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סיפור קצר על 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במשחק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כדור שנכנס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 הקבוצות סיימו שוות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הסיפור על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גול נגד הקבוצה פוגע בתוצאה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דרך להראות ספורטיביות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(כדור שנכנס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(תוצאה שווה בין הקבוצות)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(אזהרה לשחקן)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(בעיטה מיוחדת אחרי עבירה)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שיחקה בשער של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נכנס גול והיא הייתה עצובה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יונתן עודד אותה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גול הוא כדור שנכנס לשער, תיקו הוא תוצאה 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צהוב ניתן על עבירה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עידוד עוזר לשחקנים להרגיש טוב ולהמשיך לנסות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רשימת המילים לפני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– השלמת חסר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שקשורות למשחק כדורגל, כמו בסיפור על תמר ששיחקה בשער של הקבוצה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גול  ·  עודד  ·  בשער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מילים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כדור שנכנס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תוצאה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תיקו?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קבוצה אחת ניצחה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 הקבוצות סיימו שוות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המשחק בוטל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השלמת הסיפור על תמר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בשבת שיחקה תמר __________ של הקבוצה.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בתחילת המשחק נכנס __________ והיא הייתה עצובה.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בהפסקה יונתן __________ אותה.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כשקבוצה מקבלת גול נגדה, התוצאה שלה נפגעת.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לחיצת ידיים בסוף המשחק היא מחווה של כבוד.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בעיטה מיוחדת אחרי עבירה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תיקו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אזהרה לשחקן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כרטיס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כדור שנכנס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בעיטת עונשין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תוצאה שווה בין הקבוצות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נכנס גול והיא הייתה עצובה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יונתן עודד אותה בהפסקה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שיחקה בשער של 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גול לתיקו?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שחקן מקבל כרטיס צהוב?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כדורגל – השלמת חסר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